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60"/>
        <w:jc w:val="right"/>
      </w:pPr>
      <w:r>
        <w:rPr>
          <w:rFonts w:ascii="Arial" w:hAnsi="Arial" w:cs="Arial"/>
          <w:b/>
          <w:color w:val="14205A"/>
          <w:sz w:val="40"/>
          <w:rtl/>
          <w:bCs/>
          <w:szCs w:val="40"/>
        </w:rPr>
        <w:t>💎 קלפי ערכים – יש בתוכך אור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גוזרים, ממיינים: 10 ← 5 ← 1. הערך המוביל – המצפן של החלום.</w:t>
      </w:r>
    </w:p>
    <w:tbl>
      <w:tblPr>
        <w:tblStyle w:val="TableGrid"/>
        <w:tblLayout w:type="fixed"/>
        <w:tblLook w:firstColumn="1" w:firstRow="1" w:lastColumn="0" w:lastRow="0" w:noHBand="0" w:noVBand="1" w:val="04A0"/>
        <w:bidiVisual/>
        <w:tblW w:w="10206" w:type="dxa"/>
        <w:tblLayout w:type="fixed"/>
      </w:tblPr>
      <w:tblGrid>
        <w:gridCol w:w="2503"/>
        <w:gridCol w:w="2695"/>
        <w:gridCol w:w="1925"/>
        <w:gridCol w:w="3081"/>
      </w:tblGrid>
      <w:tr>
        <w:tc>
          <w:tcPr>
            <w:tcW w:type="dxa" w:w="25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👨‍👩‍👧</w:t>
              <w:br/>
              <w:t>משפחה</w:t>
            </w:r>
          </w:p>
        </w:tc>
        <w:tc>
          <w:tcPr>
            <w:tcW w:type="dxa" w:w="2696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🤝</w:t>
              <w:br/>
              <w:t>חברות</w:t>
            </w:r>
          </w:p>
        </w:tc>
        <w:tc>
          <w:tcPr>
            <w:tcW w:type="dxa" w:w="1925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🙌</w:t>
              <w:br/>
              <w:t>כבוד</w:t>
            </w:r>
          </w:p>
        </w:tc>
        <w:tc>
          <w:tcPr>
            <w:tcW w:type="dxa" w:w="308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✅</w:t>
              <w:br/>
              <w:t>אמת ויושרה</w:t>
            </w:r>
          </w:p>
        </w:tc>
      </w:tr>
      <w:tr>
        <w:tc>
          <w:tcPr>
            <w:tcW w:type="dxa" w:w="25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🫶</w:t>
              <w:br/>
              <w:t>נתינה</w:t>
            </w:r>
          </w:p>
        </w:tc>
        <w:tc>
          <w:tcPr>
            <w:tcW w:type="dxa" w:w="2696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🦁</w:t>
              <w:br/>
              <w:t>אומץ</w:t>
            </w:r>
          </w:p>
        </w:tc>
        <w:tc>
          <w:tcPr>
            <w:tcW w:type="dxa" w:w="1925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😄</w:t>
              <w:br/>
              <w:t>שמחה</w:t>
            </w:r>
          </w:p>
        </w:tc>
        <w:tc>
          <w:tcPr>
            <w:tcW w:type="dxa" w:w="308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📚</w:t>
              <w:br/>
              <w:t>למידה וסקרנות</w:t>
            </w:r>
          </w:p>
        </w:tc>
      </w:tr>
      <w:tr>
        <w:tc>
          <w:tcPr>
            <w:tcW w:type="dxa" w:w="25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❤️</w:t>
              <w:br/>
              <w:t>אהבה</w:t>
            </w:r>
          </w:p>
        </w:tc>
        <w:tc>
          <w:tcPr>
            <w:tcW w:type="dxa" w:w="2696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🕊️</w:t>
              <w:br/>
              <w:t>שלום</w:t>
            </w:r>
          </w:p>
        </w:tc>
        <w:tc>
          <w:tcPr>
            <w:tcW w:type="dxa" w:w="1925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🎨</w:t>
              <w:br/>
              <w:t>יצירתיות</w:t>
            </w:r>
          </w:p>
        </w:tc>
        <w:tc>
          <w:tcPr>
            <w:tcW w:type="dxa" w:w="308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🍎</w:t>
              <w:br/>
              <w:t>בריאות</w:t>
            </w:r>
          </w:p>
        </w:tc>
      </w:tr>
      <w:tr>
        <w:tc>
          <w:tcPr>
            <w:tcW w:type="dxa" w:w="25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🌳</w:t>
              <w:br/>
              <w:t>טבע</w:t>
            </w:r>
          </w:p>
        </w:tc>
        <w:tc>
          <w:tcPr>
            <w:tcW w:type="dxa" w:w="2696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🧭</w:t>
              <w:br/>
              <w:t>אחריות</w:t>
            </w:r>
          </w:p>
        </w:tc>
        <w:tc>
          <w:tcPr>
            <w:tcW w:type="dxa" w:w="1925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🐢</w:t>
              <w:br/>
              <w:t>סבלנות</w:t>
            </w:r>
          </w:p>
        </w:tc>
        <w:tc>
          <w:tcPr>
            <w:tcW w:type="dxa" w:w="308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🌠</w:t>
              <w:br/>
              <w:t>אמונה</w:t>
            </w:r>
          </w:p>
        </w:tc>
      </w:tr>
      <w:tr>
        <w:tc>
          <w:tcPr>
            <w:tcW w:type="dxa" w:w="25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🦅</w:t>
              <w:br/>
              <w:t>חופש</w:t>
            </w:r>
          </w:p>
        </w:tc>
        <w:tc>
          <w:tcPr>
            <w:tcW w:type="dxa" w:w="2696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⚖️</w:t>
              <w:br/>
              <w:t>צדק והוגנות</w:t>
            </w:r>
          </w:p>
        </w:tc>
        <w:tc>
          <w:tcPr>
            <w:tcW w:type="dxa" w:w="1925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🔁</w:t>
              <w:br/>
              <w:t>התמדה</w:t>
            </w:r>
          </w:p>
        </w:tc>
        <w:tc>
          <w:tcPr>
            <w:tcW w:type="dxa" w:w="308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😂</w:t>
              <w:br/>
              <w:t>הומור</w:t>
            </w:r>
          </w:p>
        </w:tc>
      </w:tr>
      <w:tr>
        <w:tc>
          <w:tcPr>
            <w:tcW w:type="dxa" w:w="25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🏡</w:t>
              <w:br/>
              <w:t>שייכות</w:t>
            </w:r>
          </w:p>
        </w:tc>
        <w:tc>
          <w:tcPr>
            <w:tcW w:type="dxa" w:w="2696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💐</w:t>
              <w:br/>
              <w:t>הכרת תודה</w:t>
            </w:r>
          </w:p>
        </w:tc>
        <w:tc>
          <w:tcPr>
            <w:tcW w:type="dxa" w:w="1925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🌟</w:t>
              <w:br/>
              <w:t>שליחות</w:t>
            </w:r>
          </w:p>
        </w:tc>
        <w:tc>
          <w:tcPr>
            <w:tcW w:type="dxa" w:w="308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🎓</w:t>
              <w:br/>
              <w:t>מקצועיות</w:t>
            </w:r>
          </w:p>
        </w:tc>
      </w:tr>
      <w:tr>
        <w:tc>
          <w:tcPr>
            <w:tcW w:type="dxa" w:w="25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🌱</w:t>
              <w:br/>
              <w:t>צמיחה אישית</w:t>
            </w:r>
          </w:p>
        </w:tc>
        <w:tc>
          <w:tcPr>
            <w:tcW w:type="dxa" w:w="2696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📣</w:t>
              <w:br/>
              <w:t>השפעה</w:t>
            </w:r>
          </w:p>
        </w:tc>
        <w:tc>
          <w:tcPr>
            <w:tcW w:type="dxa" w:w="1925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☯️</w:t>
              <w:br/>
              <w:t>איזון</w:t>
            </w:r>
          </w:p>
        </w:tc>
        <w:tc>
          <w:tcPr>
            <w:tcW w:type="dxa" w:w="308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🏠</w:t>
              <w:br/>
              <w:t>ביטחון ויציבות</w:t>
            </w:r>
          </w:p>
        </w:tc>
      </w:tr>
      <w:tr>
        <w:tc>
          <w:tcPr>
            <w:tcW w:type="dxa" w:w="25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🌾</w:t>
              <w:br/>
              <w:t>ענווה</w:t>
            </w:r>
          </w:p>
        </w:tc>
        <w:tc>
          <w:tcPr>
            <w:tcW w:type="dxa" w:w="2696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💗</w:t>
              <w:br/>
              <w:t>חמלה</w:t>
            </w:r>
          </w:p>
        </w:tc>
        <w:tc>
          <w:tcPr>
            <w:tcW w:type="dxa" w:w="1925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🔗</w:t>
              <w:br/>
              <w:t>אחדות</w:t>
            </w:r>
          </w:p>
        </w:tc>
        <w:tc>
          <w:tcPr>
            <w:tcW w:type="dxa" w:w="308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👂</w:t>
              <w:br/>
              <w:t>הקשבה</w:t>
            </w:r>
          </w:p>
        </w:tc>
      </w:tr>
    </w:tbl>
    <w:p>
      <w:pPr>
        <w:bidi/>
        <w:spacing w:after="60"/>
        <w:jc w:val="right"/>
      </w:pPr>
      <w:r>
        <w:rPr>
          <w:rFonts w:ascii="Arial" w:hAnsi="Arial" w:cs="Arial"/>
          <w:b w:val="0"/>
          <w:color w:val="777777"/>
          <w:sz w:val="18"/>
          <w:rtl/>
          <w:szCs w:val="18"/>
        </w:rPr>
        <w:t>יש בתוכך אור – סדנת חנוכה · יצרה: רוית ראש בן ישי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קלפי ערכים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