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rPr>
          <w:rFonts w:ascii="Arial" w:hAnsi="Arial" w:cs="Arial"/>
          <w:b/>
          <w:color w:val="14205A"/>
          <w:sz w:val="40"/>
          <w:rtl/>
          <w:bCs/>
          <w:szCs w:val="40"/>
        </w:rPr>
        <w:t>🎁 כרטיסי ברכה – חג אורים שמח</w:t>
      </w:r>
    </w:p>
    <w:tbl>
      <w:tblPr>
        <w:tblStyle w:val="TableGrid"/>
        <w:tblLayout w:type="fixed"/>
        <w:tblLook w:firstColumn="1" w:firstRow="1" w:lastColumn="0" w:lastRow="0" w:noHBand="0" w:noVBand="1" w:val="04A0"/>
        <w:bidiVisual/>
        <w:tblW w:w="10206" w:type="dxa"/>
        <w:tblLayout w:type="fixed"/>
      </w:tblPr>
      <w:tblGrid>
        <w:gridCol w:w="5103"/>
        <w:gridCol w:w="5103"/>
      </w:tblGrid>
      <w:tr>
        <w:trPr>
          <w:trHeight w:val="6237"/>
          <w:trHeight w:val="6237"/>
        </w:trPr>
        <w:tc>
          <w:tcPr>
            <w:tcW w:type="dxa" w:w="51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</w:t>
              <w:br/>
              <w:t>ברכה של אור</w:t>
              <w:br/>
              <w:t>שיהיה לך אומץ להגשים חלומות – נר ועוד נר, צעד ועוד צעד.</w:t>
              <w:br/>
              <w:br/>
              <w:t>מאת: ____________</w:t>
            </w:r>
          </w:p>
        </w:tc>
        <w:tc>
          <w:tcPr>
            <w:tcW w:type="dxa" w:w="51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✨</w:t>
              <w:br/>
              <w:t>לכיתה שלנו</w:t>
              <w:br/>
              <w:t>שנמשיך להאיר זה לזה, ושכל אחד ואחת ירגישו שייכים.</w:t>
              <w:br/>
              <w:br/>
              <w:t>מאת: ____________</w:t>
            </w:r>
          </w:p>
        </w:tc>
      </w:tr>
      <w:tr>
        <w:trPr>
          <w:trHeight w:val="6237"/>
          <w:trHeight w:val="6237"/>
        </w:trPr>
        <w:tc>
          <w:tcPr>
            <w:tcW w:type="dxa" w:w="51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🌍</w:t>
              <w:br/>
              <w:t>לעולם</w:t>
              <w:br/>
              <w:t>שיהיה בעולם יותר אור, שלום ואהבה – ושנדע להביא אותם.</w:t>
              <w:br/>
              <w:br/>
              <w:t>מאת: ____________</w:t>
            </w:r>
          </w:p>
        </w:tc>
        <w:tc>
          <w:tcPr>
            <w:tcW w:type="dxa" w:w="51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💛</w:t>
              <w:br/>
              <w:t>לעצמי</w:t>
              <w:br/>
              <w:t>אני מאחל/ת לעצמי סבלנות, כוח להמשיך ולב פתוח ושמח.</w:t>
              <w:br/>
              <w:br/>
              <w:t>מאת: 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14205A"/>
          <w:sz w:val="40"/>
          <w:rtl/>
          <w:bCs/>
          <w:szCs w:val="40"/>
        </w:rPr>
        <w:t>🎁 כרטיסי ברכה – לכתיבה אישית</w:t>
      </w:r>
    </w:p>
    <w:tbl>
      <w:tblPr>
        <w:tblStyle w:val="TableGrid"/>
        <w:tblLayout w:type="fixed"/>
        <w:tblLook w:firstColumn="1" w:firstRow="1" w:lastColumn="0" w:lastRow="0" w:noHBand="0" w:noVBand="1" w:val="04A0"/>
        <w:bidiVisual/>
        <w:tblW w:w="10206" w:type="dxa"/>
        <w:tblLayout w:type="fixed"/>
      </w:tblPr>
      <w:tblGrid>
        <w:gridCol w:w="5103"/>
        <w:gridCol w:w="5103"/>
      </w:tblGrid>
      <w:tr>
        <w:trPr>
          <w:trHeight w:val="6237"/>
          <w:trHeight w:val="6237"/>
        </w:trPr>
        <w:tc>
          <w:tcPr>
            <w:tcW w:type="dxa" w:w="51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🕎</w:t>
              <w:br/>
              <w:t>ברכה ל: ____________</w:t>
              <w:br/>
              <w:br/>
              <w:t>______________________</w:t>
              <w:br/>
              <w:t>______________________</w:t>
              <w:br/>
              <w:t>______________________</w:t>
              <w:br/>
              <w:t>מאת: ____________</w:t>
            </w:r>
          </w:p>
        </w:tc>
        <w:tc>
          <w:tcPr>
            <w:tcW w:type="dxa" w:w="51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🕎</w:t>
              <w:br/>
              <w:t>ברכה ל: ____________</w:t>
              <w:br/>
              <w:br/>
              <w:t>______________________</w:t>
              <w:br/>
              <w:t>______________________</w:t>
              <w:br/>
              <w:t>______________________</w:t>
              <w:br/>
              <w:t>מאת: ____________</w:t>
            </w:r>
          </w:p>
        </w:tc>
      </w:tr>
      <w:tr>
        <w:trPr>
          <w:trHeight w:val="6237"/>
          <w:trHeight w:val="6237"/>
        </w:trPr>
        <w:tc>
          <w:tcPr>
            <w:tcW w:type="dxa" w:w="51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🕎</w:t>
              <w:br/>
              <w:t>ברכה ל: ____________</w:t>
              <w:br/>
              <w:br/>
              <w:t>______________________</w:t>
              <w:br/>
              <w:t>______________________</w:t>
              <w:br/>
              <w:t>______________________</w:t>
              <w:br/>
              <w:t>מאת: ____________</w:t>
            </w:r>
          </w:p>
        </w:tc>
        <w:tc>
          <w:tcPr>
            <w:tcW w:type="dxa" w:w="51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🕎</w:t>
              <w:br/>
              <w:t>ברכה ל: ____________</w:t>
              <w:br/>
              <w:br/>
              <w:t>______________________</w:t>
              <w:br/>
              <w:t>______________________</w:t>
              <w:br/>
              <w:t>______________________</w:t>
              <w:br/>
              <w:t>מאת: ____________</w:t>
            </w:r>
          </w:p>
        </w:tc>
      </w:tr>
    </w:tbl>
    <w:p>
      <w:pPr>
        <w:bidi/>
        <w:spacing w:after="60"/>
        <w:jc w:val="right"/>
      </w:pPr>
      <w:r>
        <w:rPr>
          <w:rFonts w:ascii="Arial" w:hAnsi="Arial" w:cs="Arial"/>
          <w:b w:val="0"/>
          <w:color w:val="777777"/>
          <w:sz w:val="18"/>
          <w:rtl/>
          <w:szCs w:val="18"/>
        </w:rPr>
        <w:t>יש בתוכך אור – סדנת חנוכה · 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כרטיסי ברכה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