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🎬 מתווה מצגות – יש בתוכך אור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סגנון: סרט אנימציה תלת־ממדי חמים – דמויות עגולות ומבעיות, תאורת נרות רכה, רקע כחול־לילה עמוק עם ניצוצות זהב, תנועת מצלמה איטית. בלי טקסט בתוך האיור – הכותרות נכתבות על השקופית.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👩‍🏫 מצגת לסדנת המורים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237"/>
        <w:gridCol w:w="1068"/>
        <w:gridCol w:w="3560"/>
        <w:gridCol w:w="2136"/>
        <w:gridCol w:w="3204"/>
      </w:tblGrid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#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שקופית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תמונה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על המסך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מנחה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יש בתוכך אור 💫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חלון כיתה בערב חורף. על אדן החלון חנוכייה כבויה, ורק השמש דולק. המצלמה מתקרבת לאט אל הלהבה הקטנה.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יש בתוכך אור – סדנת חנוכה לצוות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מעמעמים אור. 30 שניות של שקט לפני שמדברים.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השמש שבתוכנו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דמות מורה מונפשת מחזיקה נר שמש ומדליקה ממנו נר אחר – והלהבה שלה לא קטנה אלא גדלה.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אור שנותן – לא מתמעט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סבב פתיחה: שם + מילה אחת של אור.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1: חלום 🌙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המורה מסתכלת על שמיים זרועי כוכבים; כוכב אחד יורד ונהיה בועה ובתוכה עולם קטן – החלום.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להצית חלום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דמיון מודרך 3 דק׳ + "מכתב מהעתיד".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2: ערכים 💎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קלפים זוהרים מרחפים סביב הדמות; היא בוחרת חמישה, והם מסתדרים כמצפן זהוב.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באמת חשוב לי?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מיון קלפי ערכים: 10 ← 5 ← 1.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3: מטרה 🎯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הבועה של החלום נוחתת על מפה, ונעוץ בה דגל עם תאריך.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מטרה = חלום עם כתובת ותאריך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חמש שאלות: מה בדיוק, איך אדע, מה תלוי בי, למה, עד מתי.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4: צעד קטן 👣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סולם של אור מוביל אל הדגל; הדמות עולה שלב אחד, והשלב נדלק.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ועוד נר, צעד ועוד צעד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סולם הצעדים – הצעד הראשון כבר מחר.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5: כוחות 💪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חנוכייה גדולה שבכל קנה שלה סמל: יד, מוח, לב, כוכב, ידיים משולבות, ענן מחשבה.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החנוכייה של הכוחות שלי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שישה ערוצים (גש״ר מאח״ד) + "מראה מאירה" בשלשות.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6: תמיכה 🤝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הנר של הדמות מהבהב ברוח; חברים מתקרבים וסוככים עליו בידיים – הלהבה מתייצבת.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 מדליק איתי?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תרגול עש״ן ד״ק + בחירת שותף/ת אור.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7: ברכה לעולם 🌍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החנוכייה עומדת בחלון; האור יוצא לרחוב, ותלמידים בחוץ מרימים מבט ומחייכים.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האור שאני מביא/ה לעולם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כותבים כרטיס ברכה.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נר 8: התחייבות 🕯️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מעגל של דמויות; כל אחת אומרת משפט – ועוד נר נדלק במרכז, עד שכל החנוכייה בוערת.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האור שאני לוקח/ת מכאן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מעגל סיום + כרטיס התחייבות.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לאט ובהתמדה ✨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קטע מואץ: שמונה לילות בחלון, בכל לילה עוד נר. המצלמה מתרחקת – כל חלונות השכונה מוארים.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אור גדול נבנה לאט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קישור חזרה לתלמידים: "מחר נדליק איתם".</w:t>
            </w:r>
          </w:p>
        </w:tc>
      </w:tr>
      <w:tr>
        <w:tc>
          <w:tcPr>
            <w:tcW w:type="dxa" w:w="237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068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תודה 💛</w:t>
            </w:r>
          </w:p>
        </w:tc>
        <w:tc>
          <w:tcPr>
            <w:tcW w:type="dxa" w:w="3560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הלהבה הקטנה מהשקופית הראשונה, עכשיו חלק מאור גדול.</w:t>
            </w:r>
          </w:p>
        </w:tc>
        <w:tc>
          <w:tcPr>
            <w:tcW w:type="dxa" w:w="213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חג אורים שמח · יצרה: רוית ראש בן ישי</w:t>
            </w:r>
          </w:p>
        </w:tc>
        <w:tc>
          <w:tcPr>
            <w:tcW w:type="dxa" w:w="320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שיר חנוכה מוכר / מוזיקה שקטה ליציאה.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🧒 מצגת לסדנת התלמידים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285"/>
        <w:gridCol w:w="1284"/>
        <w:gridCol w:w="4282"/>
        <w:gridCol w:w="2141"/>
        <w:gridCol w:w="2212"/>
      </w:tblGrid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#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שקופית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תמונה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על המסך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מנחה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יש בתוכך אור 💫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גיבור או גיבורה צעירים מונפשים מחזיקים נר קטן בחדר חשוך; הלהבה מאירה את הפנים המחייכים.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יש בתוכך אור!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"מה מאיר לכם היום?" – מילה אחת.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החנוכייה של הכיתה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חנוכייה ענקית בכיתה מונפשת; רק השמש דולק, והוא קורץ לתלמידים.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 נרות = 8 משימות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מסבירים: כל משימה מדליקה נר.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🌙 החלום שלי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הדמות נרדמת, וחלום צבעוני יוצא מהראש כמו בלון.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החלום שלי?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ציור או כתיבה – 3 דקות.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מה חשוב לי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יהלומים צבעוניים נופלים לכף היד; בכל אחד אימוג׳י.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בוחרים 3 ערכים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בוחרים באתר או בכרטיסים.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המטרה שלי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חץ מאיר נוחת בדיוק במרכז מטרה זוהרת.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מטרה = חלום עם תאריך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משלימים משפט מטרה.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👣 צעד קטן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טביעות רגליים זוהרות מופיעות אחת־אחת בשביל.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צעד אחד – מחר!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בוחרים צעד אחד קטן.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💪 הכוחות שלי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שישה סמלים מתעופפים: גוף, מוח, לב, כוכב, ידיים, ענן דמיון.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במה אני טוב/ה?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בוחרים 3 כוחות.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מי איתי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הנר מהבהב ברוח; חברים סוגרים סביבו בידיים – והוא חוזר לבעור.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עוצרים · נושמים · קדימה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תרגול עש״ן ד״ק של דקה.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✨ האור שאני מביא/ה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מחמאות יוצאות מהפה כניצוצות ונוחתות על חברים, שמתחילים לזהור.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 המחמאות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מגרילים, מחמיאים – מדליקים נר.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🎁 הברכה שלי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כרטיס ברכה מתקפל לציפור זהב ועף מהחלון.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ברכה לעולם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יוצרים כרטיס במחולל.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החנוכייה דולקת!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שמונת הנרות נדלקים; ניצוצות זהב ממלאים את הכיתה.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האור שלי + האור שלך = אור גדול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תעודת "האור שלי".</w:t>
            </w:r>
          </w:p>
        </w:tc>
      </w:tr>
      <w:tr>
        <w:tc>
          <w:tcPr>
            <w:tcW w:type="dxa" w:w="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285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חג אורים שמח 💛</w:t>
            </w:r>
          </w:p>
        </w:tc>
        <w:tc>
          <w:tcPr>
            <w:tcW w:type="dxa" w:w="428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הדמות מניחה את הנר בחלון ומנופפת לשלום.</w:t>
            </w:r>
          </w:p>
        </w:tc>
        <w:tc>
          <w:tcPr>
            <w:tcW w:type="dxa" w:w="214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האור שאני לוקח/ת מכאן...</w:t>
            </w:r>
          </w:p>
        </w:tc>
        <w:tc>
          <w:tcPr>
            <w:tcW w:type="dxa" w:w="221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משפט סיום מכל מי שרוצה.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מתווה מצגות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